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6. Sınıf Veli Toplantısı Tutanağı</w:t>
      </w:r>
    </w:p>
    <w:p>
      <w:pPr>
        <w:pStyle w:val="Heading2"/>
      </w:pPr>
      <w:r>
        <w:t>Toplantı Tarihi</w:t>
      </w:r>
    </w:p>
    <w:p>
      <w:r>
        <w:t>[Tarih giriniz]</w:t>
      </w:r>
    </w:p>
    <w:p>
      <w:pPr>
        <w:pStyle w:val="Heading2"/>
      </w:pPr>
      <w:r>
        <w:t>Toplantı Yeri</w:t>
      </w:r>
    </w:p>
    <w:p>
      <w:r>
        <w:t>[Okulun adı]</w:t>
      </w:r>
    </w:p>
    <w:p>
      <w:pPr>
        <w:pStyle w:val="Heading2"/>
      </w:pPr>
      <w:r>
        <w:t>Katılımcılar</w:t>
      </w:r>
    </w:p>
    <w:p>
      <w:r>
        <w:t>[İsimler ve unvanlar]</w:t>
      </w:r>
    </w:p>
    <w:p>
      <w:pPr>
        <w:pStyle w:val="Heading2"/>
      </w:pPr>
      <w:r>
        <w:t>Gündem</w:t>
      </w:r>
    </w:p>
    <w:p>
      <w:r>
        <w:t>1. Akademik Başarılar ve Sınavlar: 6. sınıf öğrencilerinin akademik başarılarının değerlendirilmesi ve sınav süreci üzerine konuşuldu.</w:t>
      </w:r>
    </w:p>
    <w:p>
      <w:r>
        <w:t>2. Ders Dışı Faaliyetler: Öğrencilerin ders dışı etkinliklere katılımının önemi vurgulandı.</w:t>
      </w:r>
    </w:p>
    <w:p>
      <w:r>
        <w:t>3. Teknoloji Kullanımı ve Sosyal Medya: Teknoloji kullanımı ve sosyal medya konusunda dikkat edilmesi gereken hususlar tartışıldı.</w:t>
      </w:r>
    </w:p>
    <w:p>
      <w:r>
        <w:t>4. Aile Desteği: Velilere evde çocuklarına nasıl destek olabilecekleri üzerine bilgi verildi.</w:t>
      </w:r>
    </w:p>
    <w:p>
      <w:pPr>
        <w:pStyle w:val="Heading2"/>
      </w:pPr>
      <w:r>
        <w:t>Toplantı Kararları</w:t>
      </w:r>
    </w:p>
    <w:p>
      <w:r>
        <w:t>Velilere, öğrencilerin teknoloji kullanımının sınırlandırılması tavsiye edildi.</w:t>
      </w:r>
    </w:p>
    <w:p>
      <w:r>
        <w:t>Akademik başarılarını artırmak için öğrencilerin çalışma düzenlerine katkıda bulunmaları önerildi.</w:t>
      </w:r>
    </w:p>
    <w:p>
      <w:pPr>
        <w:pStyle w:val="Heading2"/>
      </w:pPr>
      <w:r>
        <w:t>İmza</w:t>
      </w:r>
    </w:p>
    <w:p>
      <w:r>
        <w:t>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